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בטיחות בדרך וחוסן אישי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כללי בטיחות בסיסיים ברכב ובדרך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דרכים לבקש עזרה ולהביע רגשות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 עושה חבר טוב בזמן קושי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חגורת בטיחות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אדום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להאט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לספר למבוגר אחראי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מקשיב 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חגורת בטיחות חייבת להיות חגורה תמיד ברכב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הצבע המוסכם לשלט עצור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שלט האט אומר לנסוע לאט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מבוגר אחראי יכול לעזור ולהרגיע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חבר טוב מקשיב ועוזר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חגורת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אדום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האט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מקשיב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(שומרת עלינו ברכב)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(צבע אדום)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(לנסוע לאט יותר)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(אפשר לספר למבוגר)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(מקשיבים ותומכים בו)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תיאור מצב פשוט שבו הילד הקשיב, עזר או סיפר למבוגר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תומך ומעודד, כמו 'אני כאן בשבילך'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חגורת בטיחות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אדום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מספרים למבוגר אחראי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את התרגול עם משחק הטריוויה שבדף כדי לחזק את הידע בצורה חווייתית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שיח פתוח על רגשות וקשיים ללא לחץ לשתף אם לא נוח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צעירים אפשר להקריא את השאלות בקול ולבצע בעל פה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בטיחות בדרך וחוסן אישי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דברים חשובים על בטיחות בדרכים ועל חוסן אישי, כמו חגורת בטיחות, שלטים בדרך, ואיך עוזרים לחבר שקשה לו.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חובה לחגור ברכב?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חגורת בטיחות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נעליים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הצבע של שלט עצור?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צהוב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כשרואים שלט 'האט' צריך...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להאיץ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להאט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לעצור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לסגור עיניים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כשקשה לי, כדאי...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להסתיר את 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לספר למבוגר אחראי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לכעוס על 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לברוח מהבית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חבר טוב, כשחברו עצוב...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מתעלם ממנו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צוחק 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מקשיב 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הולך משם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לנסוע ברכב בלי חגורת בטיחות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שלט עצור הוא בצבע אדום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כשרואים שלט האט צריך להאיץ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לספר למבוגר אחראי כשדואגים ממשהו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חבר טוב מתעלם מחבר שעצוב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ברכב חובה לחגור __________ בטיחות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שלט עצור הוא בצבע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כשרואים שלט האט צריך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כשקשה לי אפשר להגיד 'קשה __________'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חבר טוב __________ לחברו כשהוא מדבר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חגורת בטיחות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לנסוע לאט יותר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שלט עצור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שומרת עלינו ברכב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שלט האט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אפשר לספר למבוגר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קושי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מקשיבים ותומכים בו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חבר עצוב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צבע אדום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ספרו על פעם שעזרתם לחבר או חברה שהיה להם קשה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הייתם אומרים לחבר שעצוב?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חובה לחגור ברכב?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הצבע של שלט עצור?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כשקשה לנו?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בטיחות בדרך וחוסן אישי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