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בטיחות בדרך וחוסן אישי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בסיסיים ברכב ובדרך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דרכים לבקש עזרה ולהביע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עושה חבר טוב בזמן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לספר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מקשיב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חגורת בטיחות חייבת להיות חגורה תמיד ברכב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הצבע המוסכם לשלט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שלט האט אומר לנסוע לאט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מבוגר אחראי יכול לעזור ולהרגיע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חבר טוב מקשיב ועוזר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(שומרת עלינו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(צבע 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(לנסוע לאט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(אפשר לספר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(מקשיבים ותומכים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פשוט שבו הילד הקשיב, עזר או סיפר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תומך ומעודד, כמו 'אני כאן בשבילך'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חגורת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מספרים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התרגול עם משחק הטריוויה שבדף כדי לחזק את הידע בצורה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שיח פתוח על רגשות וקשיים ללא לחץ לשתף אם לא 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אפשר להקריא את השאלות בקול ולבצע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בטיחות בדרך וחוסן אישי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בטיחות ברכב ובדרך, ועל איך עוזרים לחבר כשקשה 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חֲגוֹרַת בִּטָּחוֹן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שמחברים ברכב כדי להישאר בטוחים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שֶׁלֶט עֲצֹר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אדום שאומר לעצור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הַאֵט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לנסוע לאט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קֹשִׁי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שקשה להתמודד עם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חֹסֶן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להתמודד עם קשיים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חָבֵר טוֹב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שמקשיב ועוזר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מְבֻגָּר אַחְרָאִי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 שאפשר לספר לו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דְּאָגָה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של פחד או חשש ממשהו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שמים ברכב כדי להיות בטוחים?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יש לשלט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כשרואים שלט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לעצור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לסגור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טוב לעשות כשקשה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להסתיר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לברוח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חבר טוב לחבר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צוחק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מקשיב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הולך משם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לנסוע ברכב בלי חגורת בטיחות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עצור הוא בצבע אדום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כשרואים שלט האט צריך להאיץ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לספר למבוגר אחראי כשדואגים ממשהו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טוב מתעלם מחבר שעצוב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ברכב חובה לחגור __________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שלט עצור הוא בצבע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כשרואים שלט האט צריך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כשקשה לי אפשר להגיד 'קשה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חבר טוב __________ לחברו כשהוא מדבר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לספר למבוגר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שלט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מקשיבים ותומכים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שלט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צבע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שומרת עלינו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 עצוב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לנסוע לאט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שעזרתם לחבר או חברה שהיה להם קשה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אומרים לחבר שעצוב?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חובה לחגור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הצבע של שלט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כשקשה 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בטיחות בדרך וחוסן אישי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