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בטיחות בדרך וחוסן אישי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בטיחות בסיסיים ברכב ובדרך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דרכים לבקש עזרה ולהביע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עושה חבר טוב בזמן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חגורת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חגורת בטיחות חייבת להיות חגורה תמיד ברכב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הצבע המוסכם לשלט 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(שומרת עלינו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(צבע אדום)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(לנסוע לאט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(אפשר לספר למבוגר)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תומך ומעודד, כמו 'אני כאן בשבילך'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חגורת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מספרים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התרגול עם משחק הטריוויה שבדף כדי לחזק את הידע בצורה חווייתית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שיח פתוח על רגשות וקשיים ללא לחץ לשתף אם לא 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אפשר להקריא את השאלות בקול ולבצע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בטיחות בדרך וחוסן אישי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דברים חשובים על בטיחות בדרכים ועל חוסן אישי, כמו חגורת בטיחות, שלטים בדרך, ואיך עוזרים לחבר שקשה 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אדום  ·  האט  ·  חגורת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חובה לחגור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חגורת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הצבע של שלט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לנסוע ברכב בלי חגורת בטיחות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שלט עצור הוא בצבע אדום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ברכב חובה לחגור __________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שלט עצור הוא בצבע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כשרואים שלט האט צריך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צבע אדום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שלט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אפשר לספר למבוגר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שלט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שומרת עלינו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קושי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לנסוע לאט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הייתם אומרים לחבר שעצוב?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חובה לחגור ברכב?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הצבע של שלט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בטיחות בדרך וחוסן אישי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